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rPr>
          <w:rFonts w:ascii="Noto Sans KR" w:hAnsi="Noto Sans KR" w:eastAsia="Noto Sans KR"/>
          <w:b/>
          <w:color w:val="17365D"/>
          <w:sz w:val="40"/>
        </w:rPr>
        <w:t>뱀부랩 3D프린터 교체 상담 신청서</w:t>
      </w:r>
    </w:p>
    <w:p>
      <w:pPr>
        <w:spacing w:after="160"/>
        <w:jc w:val="center"/>
      </w:pPr>
      <w:r>
        <w:rPr>
          <w:rFonts w:ascii="Noto Sans KR" w:hAnsi="Noto Sans KR" w:eastAsia="Noto Sans KR"/>
          <w:b w:val="0"/>
          <w:color w:val="666666"/>
          <w:sz w:val="19"/>
        </w:rPr>
        <w:t>기존 데스크탑 3D프린터 사용 고객을 위한 간편 상담 신청서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EAF2F8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Noto Sans KR" w:hAnsi="Noto Sans KR" w:eastAsia="Noto Sans KR"/>
                <w:b/>
                <w:color w:val="17365D"/>
                <w:sz w:val="22"/>
              </w:rPr>
              <w:t>뱀부랩 3D프린터 구매 시 설치 서비스 50만원 + 교육 서비스 50만원</w:t>
              <w:br/>
              <w:t>총 100만원 상당 서비스 무상 제공</w:t>
            </w:r>
          </w:p>
        </w:tc>
      </w:tr>
    </w:tbl>
    <w:p>
      <w:pPr>
        <w:spacing w:before="160" w:after="80"/>
      </w:pPr>
      <w:r>
        <w:rPr>
          <w:rFonts w:ascii="Noto Sans KR" w:hAnsi="Noto Sans KR" w:eastAsia="Noto Sans KR"/>
          <w:b/>
          <w:color w:val="17365D"/>
          <w:sz w:val="23"/>
        </w:rPr>
        <w:t>1. 고객 정보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회사·기관명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</w:r>
          </w:p>
        </w:tc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담당자명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</w:r>
          </w:p>
        </w:tc>
      </w:tr>
      <w:tr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연락처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</w:r>
          </w:p>
        </w:tc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이메일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</w:r>
          </w:p>
        </w:tc>
      </w:tr>
      <w:tr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주소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</w:r>
          </w:p>
        </w:tc>
        <w:tc>
          <w:tcPr>
            <w:tcW w:type="dxa" w:w="151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희망 연락방법</w:t>
            </w:r>
          </w:p>
        </w:tc>
        <w:tc>
          <w:tcPr>
            <w:tcW w:type="dxa" w:w="367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□ 전화   □ 이메일</w:t>
            </w:r>
          </w:p>
        </w:tc>
      </w:tr>
    </w:tbl>
    <w:p>
      <w:pPr>
        <w:spacing w:before="160" w:after="80"/>
      </w:pPr>
      <w:r>
        <w:rPr>
          <w:rFonts w:ascii="Noto Sans KR" w:hAnsi="Noto Sans KR" w:eastAsia="Noto Sans KR"/>
          <w:b/>
          <w:color w:val="17365D"/>
          <w:sz w:val="23"/>
        </w:rPr>
        <w:t>2. 기존 장비 및 상담 내용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22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사용 브랜드</w:t>
            </w:r>
          </w:p>
        </w:tc>
        <w:tc>
          <w:tcPr>
            <w:tcW w:type="dxa" w:w="813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□ 메이커봇   □ 얼티메이커   □ 신도리코   □ 기타: __________________</w:t>
            </w:r>
          </w:p>
        </w:tc>
      </w:tr>
      <w:tr>
        <w:tc>
          <w:tcPr>
            <w:tcW w:type="dxa" w:w="22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모델명·보유 수량</w:t>
            </w:r>
          </w:p>
        </w:tc>
        <w:tc>
          <w:tcPr>
            <w:tcW w:type="dxa" w:w="813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모델명: ______________________________   수량: ______ 대</w:t>
            </w:r>
          </w:p>
        </w:tc>
      </w:tr>
      <w:tr>
        <w:tc>
          <w:tcPr>
            <w:tcW w:type="dxa" w:w="22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상담 희망 내용</w:t>
            </w:r>
          </w:p>
        </w:tc>
        <w:tc>
          <w:tcPr>
            <w:tcW w:type="dxa" w:w="813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□ 제품 추천   □ 견적 요청   □ 교체 상담   □ 설치·교육   □ 기타</w:t>
            </w:r>
          </w:p>
        </w:tc>
      </w:tr>
      <w:tr>
        <w:tc>
          <w:tcPr>
            <w:tcW w:type="dxa" w:w="22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구매 예정 시기</w:t>
            </w:r>
          </w:p>
        </w:tc>
        <w:tc>
          <w:tcPr>
            <w:tcW w:type="dxa" w:w="813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□ 즉시   □ 1개월 이내   □ 3개월 이내   □ 검토 중</w:t>
            </w:r>
          </w:p>
        </w:tc>
      </w:tr>
      <w:tr>
        <w:tc>
          <w:tcPr>
            <w:tcW w:type="dxa" w:w="2232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F2F5F7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/>
                <w:color w:val="17365D"/>
                <w:sz w:val="20"/>
              </w:rPr>
              <w:t>구매 예정 수량</w:t>
            </w:r>
          </w:p>
        </w:tc>
        <w:tc>
          <w:tcPr>
            <w:tcW w:type="dxa" w:w="8136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t>________________ 대</w:t>
            </w:r>
          </w:p>
        </w:tc>
      </w:tr>
    </w:tbl>
    <w:p>
      <w:pPr>
        <w:spacing w:before="160" w:after="80"/>
      </w:pPr>
      <w:r>
        <w:rPr>
          <w:rFonts w:ascii="Noto Sans KR" w:hAnsi="Noto Sans KR" w:eastAsia="Noto Sans KR"/>
          <w:b/>
          <w:color w:val="17365D"/>
          <w:sz w:val="23"/>
        </w:rPr>
        <w:t>3. 추가 문의사항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br/>
            </w:r>
          </w:p>
        </w:tc>
      </w:tr>
      <w:tr>
        <w:tc>
          <w:tcPr>
            <w:tcW w:type="dxa" w:w="103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Noto Sans KR" w:hAnsi="Noto Sans KR" w:eastAsia="Noto Sans KR"/>
                <w:b w:val="0"/>
                <w:color w:val="222222"/>
                <w:sz w:val="20"/>
              </w:rPr>
              <w:br/>
            </w:r>
          </w:p>
        </w:tc>
      </w:tr>
    </w:tbl>
    <w:p>
      <w:pPr>
        <w:spacing w:before="160" w:after="80"/>
      </w:pPr>
      <w:r>
        <w:rPr>
          <w:rFonts w:ascii="Noto Sans KR" w:hAnsi="Noto Sans KR" w:eastAsia="Noto Sans KR"/>
          <w:b/>
          <w:color w:val="17365D"/>
          <w:sz w:val="23"/>
        </w:rPr>
        <w:t>4. 개인정보 수집 및 이용 동의</w:t>
      </w:r>
    </w:p>
    <w:p>
      <w:pPr>
        <w:spacing w:after="60"/>
      </w:pPr>
      <w:r>
        <w:rPr>
          <w:rFonts w:ascii="Noto Sans KR" w:hAnsi="Noto Sans KR" w:eastAsia="Noto Sans KR"/>
          <w:b w:val="0"/>
          <w:color w:val="444444"/>
          <w:sz w:val="17"/>
        </w:rPr>
        <w:t>상담 및 견적 안내를 위해 회사·기관명, 담당자명, 연락처, 이메일 및 장비 정보를 수집·이용합니다. 수집 정보는 상담 목적 외에는 사용하지 않습니다.</w:t>
      </w:r>
    </w:p>
    <w:p>
      <w:pPr>
        <w:spacing w:after="100"/>
      </w:pPr>
      <w:r>
        <w:rPr>
          <w:rFonts w:ascii="Noto Sans KR" w:hAnsi="Noto Sans KR" w:eastAsia="Noto Sans KR"/>
          <w:b/>
          <w:color w:val="17365D"/>
          <w:sz w:val="19"/>
        </w:rPr>
        <w:t>□ 동의합니다     □ 동의하지 않습니다</w:t>
      </w:r>
    </w:p>
    <w:p>
      <w:pPr>
        <w:spacing w:after="100"/>
        <w:jc w:val="right"/>
      </w:pPr>
      <w:r>
        <w:rPr>
          <w:rFonts w:ascii="Noto Sans KR" w:hAnsi="Noto Sans KR" w:eastAsia="Noto Sans KR"/>
          <w:b w:val="0"/>
          <w:color w:val="222222"/>
          <w:sz w:val="19"/>
        </w:rPr>
        <w:t>신청일: ______년 ____월 ____일      신청자: __________________  (서명)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68"/>
      </w:tblGrid>
      <w:tr>
        <w:tc>
          <w:tcPr>
            <w:tcW w:type="dxa" w:w="10368"/>
            <w:vAlign w:val="center"/>
            <w:tcMar>
              <w:top w:w="90" w:type="dxa"/>
              <w:start w:w="120" w:type="dxa"/>
              <w:bottom w:w="90" w:type="dxa"/>
              <w:end w:w="120" w:type="dxa"/>
            </w:tcMar>
            <w:tcBorders>
              <w:top w:val="single" w:sz="6" w:color="B8C4CE"/>
              <w:left w:val="single" w:sz="6" w:color="B8C4CE"/>
              <w:bottom w:val="single" w:sz="6" w:color="B8C4CE"/>
              <w:right w:val="single" w:sz="6" w:color="B8C4CE"/>
              <w:insideH w:val="single" w:sz="6" w:color="B8C4CE"/>
              <w:insideV w:val="single" w:sz="6" w:color="B8C4CE"/>
            </w:tcBorders>
            <w:shd w:fill="2F75B5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Noto Sans KR" w:hAnsi="Noto Sans KR" w:eastAsia="Noto Sans KR"/>
                <w:b/>
                <w:color w:val="FFFFFF"/>
                <w:sz w:val="19"/>
              </w:rPr>
              <w:t>상담 문의  1670-3463   |   www.yes01.co.kr   |   sales@yes01.co.kr</w:t>
              <w:br/>
              <w:t>뱀부랩 공식 공급 및 기술지원  YES01 ㈜영일교육시스템</w:t>
            </w:r>
          </w:p>
        </w:tc>
      </w:tr>
    </w:tbl>
    <w:p>
      <w:pPr>
        <w:spacing w:before="80" w:after="0"/>
      </w:pPr>
      <w:r>
        <w:rPr>
          <w:rFonts w:ascii="Noto Sans KR" w:hAnsi="Noto Sans KR" w:eastAsia="Noto Sans KR"/>
          <w:b w:val="0"/>
          <w:color w:val="666666"/>
          <w:sz w:val="15"/>
        </w:rPr>
        <w:t>※ 무상 혜택은 현금 할인이나 환급이 아닌 설치 및 교육 서비스로 제공됩니다. 대상 모델, 설치 지역, 교육 범위 및 세부 조건은 상담 후 확정됩니다.</w:t>
      </w:r>
    </w:p>
    <w:sectPr w:rsidR="00FC693F" w:rsidRPr="0006063C" w:rsidSect="00034616">
      <w:headerReference w:type="default" r:id="rId9"/>
      <w:pgSz w:w="12240" w:h="15840"/>
      <w:pgMar w:top="792" w:right="936" w:bottom="720" w:left="936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Noto Sans KR" w:hAnsi="Noto Sans KR" w:eastAsia="Noto Sans KR"/>
        <w:b/>
        <w:color w:val="666666"/>
        <w:sz w:val="17"/>
      </w:rPr>
      <w:t>YES01 ㈜영일교육시스템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Noto Sans KR" w:hAnsi="Noto Sans KR" w:eastAsia="Noto Sans KR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뱀부랩 3D프린터 교체 상담 신청서</dc:title>
  <dc:subject>YES01 고객 상담 신청서</dc:subject>
  <dc:creator>YES01 ㈜영일교육시스템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